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Шаблон: Согласие на обработку персональных данных</w:t>
      </w:r>
    </w:p>
    <w:p>
      <w:r>
        <w:rPr>
          <w:i/>
        </w:rPr>
        <w:t>Рабочий шаблон по ст. 9 152-ФЗ. Поля в [СКОБКАХ] замените на свои.</w:t>
      </w:r>
    </w:p>
    <w:p>
      <w:r>
        <w:rPr>
          <w:i/>
        </w:rPr>
        <w:t>Это не юридическая консультация — перед использованием покажите юристу.</w:t>
      </w:r>
    </w:p>
    <w:p>
      <w:r>
        <w:t>____________________________________________________________</w:t>
      </w:r>
    </w:p>
    <w:p>
      <w:pPr>
        <w:pStyle w:val="Heading2"/>
      </w:pPr>
      <w:r>
        <w:t>СОГЛАСИЕ на обработку персональных данных</w:t>
      </w:r>
    </w:p>
    <w:p>
      <w:r>
        <w:t>Я, [ФАМИЛИЯ ИМЯ ОТЧЕСТВО СУБЪЕКТА],</w:t>
      </w:r>
    </w:p>
    <w:p>
      <w:r>
        <w:t>документ, удостоверяющий личность: [ВИД ДОКУМЕНТА] серия [СЕРИЯ] № [НОМЕР],</w:t>
      </w:r>
    </w:p>
    <w:p>
      <w:r>
        <w:t>выдан [КЕМ ВЫДАН] [ДАТА ВЫДАЧИ],</w:t>
      </w:r>
    </w:p>
    <w:p>
      <w:r>
        <w:t>зарегистрированный(ая) по адресу: [АДРЕС],</w:t>
      </w:r>
    </w:p>
    <w:p>
      <w:r>
        <w:t>контактный телефон: [ТЕЛЕФОН], email: [EMAIL],</w:t>
      </w:r>
    </w:p>
    <w:p>
      <w:r>
        <w:t>свободно, своей волей и в своём интересе даю согласие</w:t>
      </w:r>
    </w:p>
    <w:p>
      <w:r>
        <w:t>**[НАИМЕНОВАНИЕ ОПЕРАТОРА]**, адрес: [АДРЕС ОПЕРАТОРА], ИНН [ИНН],</w:t>
      </w:r>
    </w:p>
    <w:p>
      <w:r>
        <w:t>на обработку моих персональных данных на следующих условиях.</w:t>
      </w:r>
    </w:p>
    <w:p>
      <w:pPr>
        <w:pStyle w:val="Heading3"/>
      </w:pPr>
      <w:r>
        <w:t>1. Цель обработки</w:t>
      </w:r>
    </w:p>
    <w:p>
      <w:r>
        <w:t>[КОНКРЕТНАЯ ЦЕЛЬ, например: направление ответа на обращение, исполнение договора оказания услуг, направление информационных сообщений]</w:t>
      </w:r>
    </w:p>
    <w:p>
      <w:pPr>
        <w:pStyle w:val="Heading3"/>
      </w:pPr>
      <w:r>
        <w:t>2. Перечень персональных данных</w:t>
      </w:r>
    </w:p>
    <w:p>
      <w:r>
        <w:t>[ПЕРЕЧЕНЬ, например: фамилия, имя, отчество; номер телефона; адрес электронной почты; почтовый адрес]</w:t>
      </w:r>
    </w:p>
    <w:p>
      <w:pPr>
        <w:pStyle w:val="Heading3"/>
      </w:pPr>
      <w:r>
        <w:t>3. Перечень действий с персональными данными</w:t>
      </w:r>
    </w:p>
    <w:p>
      <w:r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</w:t>
      </w:r>
    </w:p>
    <w:p>
      <w:r>
        <w:t>Способы обработки: [С УКАЗАНИЕМ СПОСОБОВ, например: с использованием средств автоматизации / без использования средств автоматизации].</w:t>
      </w:r>
    </w:p>
    <w:p>
      <w:pPr>
        <w:pStyle w:val="Heading3"/>
      </w:pPr>
      <w:r>
        <w:t>4. Срок действия согласия и способ отзыва</w:t>
      </w:r>
    </w:p>
    <w:p>
      <w:r>
        <w:t>Согласие действует с момента подписания до [ДАТА ИЛИ УСЛОВИЕ, например: до отзыва]. Согласие может быть отозвано в любой момент путём направления письменного заявления оператору по адресу [АДРЕС] или на email [EMAIL].</w:t>
      </w:r>
    </w:p>
    <w:p>
      <w:pPr>
        <w:pStyle w:val="Heading3"/>
      </w:pPr>
      <w:r>
        <w:t>5. Подпись субъекта</w:t>
      </w:r>
    </w:p>
    <w:p>
      <w:r>
        <w:t>______________________ / [ФИО] /</w:t>
      </w:r>
    </w:p>
    <w:p>
      <w:r>
        <w:t>Дата: [ДАТА]</w:t>
      </w:r>
    </w:p>
    <w:p>
      <w:r>
        <w:t>____________________________________________________________</w:t>
      </w:r>
    </w:p>
    <w:p>
      <w:pPr>
        <w:pStyle w:val="Heading2"/>
      </w:pPr>
      <w:r>
        <w:t>Примечания к заполнению</w:t>
      </w:r>
    </w:p>
    <w:p>
      <w:pPr>
        <w:pStyle w:val="ListBullet"/>
      </w:pPr>
      <w:r>
        <w:t>Согласие должно быть **конкретным, предметным, информированным, сознательным и однозначным** (ст. 9 152-ФЗ). Одна цель — одно согласие; не смешивайте несколько целей.</w:t>
      </w:r>
    </w:p>
    <w:p>
      <w:pPr>
        <w:pStyle w:val="ListBullet"/>
      </w:pPr>
      <w:r>
        <w:t>Если данные передаются обработчику по поручению — укажите его.</w:t>
      </w:r>
    </w:p>
    <w:p>
      <w:pPr>
        <w:pStyle w:val="ListBullet"/>
      </w:pPr>
      <w:r>
        <w:t>Для **биометрических** данных — отдельное письменное согласие (ст. 11 152-ФЗ).</w:t>
      </w:r>
    </w:p>
    <w:p>
      <w:pPr>
        <w:pStyle w:val="ListBullet"/>
      </w:pPr>
      <w:r>
        <w:t>Для **специальных категорий** (здоровье, взгляды и т.д.) — отдельные требования (ст. 10 152-ФЗ).</w:t>
      </w:r>
    </w:p>
    <w:p>
      <w:pPr>
        <w:pStyle w:val="ListBullet"/>
      </w:pPr>
      <w:r>
        <w:t>Для **распространения** (раскрытия неограниченному кругу лиц) — отдельное согласие по требованиям приказа РКН № 18 от 24.02.2021.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